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B2366" w14:textId="77777777" w:rsidR="008470F0" w:rsidRPr="00C5163C" w:rsidRDefault="00000000">
      <w:pPr>
        <w:jc w:val="center"/>
        <w:rPr>
          <w:lang w:val="ru-RU"/>
        </w:rPr>
      </w:pPr>
      <w:r w:rsidRPr="00C5163C">
        <w:rPr>
          <w:b/>
          <w:sz w:val="28"/>
          <w:lang w:val="ru-RU"/>
        </w:rPr>
        <w:t>СОГЛАСИЕ НА ОБРАБОТКУ ПЕРСОНАЛЬНЫХ ДАННЫХ</w:t>
      </w:r>
    </w:p>
    <w:p w14:paraId="27357B58" w14:textId="52BE39E0" w:rsidR="008470F0" w:rsidRPr="00C5163C" w:rsidRDefault="00000000">
      <w:pPr>
        <w:rPr>
          <w:lang w:val="ru-RU"/>
        </w:rPr>
      </w:pPr>
      <w:r w:rsidRPr="00C5163C">
        <w:rPr>
          <w:lang w:val="ru-RU"/>
        </w:rPr>
        <w:t>Настоящим я, действуя от своего имени, а также при необходимости как родитель, законный представитель или иное лицо, действующее в интересах несовершеннолетнего ученика, даю согласие оператору персональных данных</w:t>
      </w:r>
      <w:r w:rsidR="00C5163C">
        <w:rPr>
          <w:lang w:val="ru-RU"/>
        </w:rPr>
        <w:t xml:space="preserve"> </w:t>
      </w:r>
      <w:r w:rsidRPr="00216998">
        <w:rPr>
          <w:bCs/>
          <w:lang w:val="ru-RU"/>
        </w:rPr>
        <w:t>Индивидуальн</w:t>
      </w:r>
      <w:r w:rsidR="00C5163C" w:rsidRPr="00216998">
        <w:rPr>
          <w:bCs/>
          <w:lang w:val="ru-RU"/>
        </w:rPr>
        <w:t>ому</w:t>
      </w:r>
      <w:r w:rsidRPr="00216998">
        <w:rPr>
          <w:bCs/>
          <w:lang w:val="ru-RU"/>
        </w:rPr>
        <w:t xml:space="preserve"> предприниматель Богданов</w:t>
      </w:r>
      <w:r w:rsidR="00C5163C" w:rsidRPr="00216998">
        <w:rPr>
          <w:bCs/>
          <w:lang w:val="ru-RU"/>
        </w:rPr>
        <w:t>у</w:t>
      </w:r>
      <w:r w:rsidRPr="00216998">
        <w:rPr>
          <w:bCs/>
          <w:lang w:val="ru-RU"/>
        </w:rPr>
        <w:t xml:space="preserve"> Олег</w:t>
      </w:r>
      <w:r w:rsidR="00C5163C" w:rsidRPr="00216998">
        <w:rPr>
          <w:bCs/>
          <w:lang w:val="ru-RU"/>
        </w:rPr>
        <w:t>у</w:t>
      </w:r>
      <w:r w:rsidRPr="00216998">
        <w:rPr>
          <w:bCs/>
          <w:lang w:val="ru-RU"/>
        </w:rPr>
        <w:t xml:space="preserve"> Алексеевич</w:t>
      </w:r>
      <w:r w:rsidR="00C5163C" w:rsidRPr="00216998">
        <w:rPr>
          <w:bCs/>
          <w:lang w:val="ru-RU"/>
        </w:rPr>
        <w:t>у</w:t>
      </w:r>
      <w:r w:rsidR="00216998" w:rsidRPr="00216998">
        <w:rPr>
          <w:bCs/>
          <w:lang w:val="ru-RU"/>
        </w:rPr>
        <w:t xml:space="preserve"> (</w:t>
      </w:r>
      <w:r w:rsidR="00216998" w:rsidRPr="0078597F">
        <w:rPr>
          <w:sz w:val="20"/>
          <w:szCs w:val="20"/>
          <w:lang w:val="ru-RU"/>
        </w:rPr>
        <w:t>ОГРНИП: 326508100384246, ИНН: 504709175347</w:t>
      </w:r>
      <w:r w:rsidR="00216998">
        <w:rPr>
          <w:sz w:val="20"/>
          <w:szCs w:val="20"/>
          <w:lang w:val="ru-RU"/>
        </w:rPr>
        <w:t>)</w:t>
      </w:r>
      <w:r w:rsidR="00216998">
        <w:rPr>
          <w:b/>
          <w:lang w:val="ru-RU"/>
        </w:rPr>
        <w:t xml:space="preserve"> </w:t>
      </w:r>
      <w:r w:rsidR="00C5163C">
        <w:rPr>
          <w:lang w:val="ru-RU"/>
        </w:rPr>
        <w:t xml:space="preserve"> </w:t>
      </w:r>
      <w:r w:rsidRPr="00C5163C">
        <w:rPr>
          <w:lang w:val="ru-RU"/>
        </w:rPr>
        <w:t xml:space="preserve">на обработку персональных данных в связи с использованием сайта </w:t>
      </w:r>
      <w:r>
        <w:t>poreshaem</w:t>
      </w:r>
      <w:r w:rsidRPr="00C5163C">
        <w:rPr>
          <w:lang w:val="ru-RU"/>
        </w:rPr>
        <w:t>.</w:t>
      </w:r>
      <w:r>
        <w:t>com</w:t>
      </w:r>
      <w:r w:rsidRPr="00C5163C">
        <w:rPr>
          <w:lang w:val="ru-RU"/>
        </w:rPr>
        <w:t xml:space="preserve">, </w:t>
      </w:r>
      <w:r>
        <w:t>CRM</w:t>
      </w:r>
      <w:r w:rsidR="00216998" w:rsidRPr="00216998">
        <w:rPr>
          <w:lang w:val="ru-RU"/>
        </w:rPr>
        <w:t xml:space="preserve"> </w:t>
      </w:r>
      <w:r w:rsidR="00216998">
        <w:t>app</w:t>
      </w:r>
      <w:r w:rsidR="00216998" w:rsidRPr="00216998">
        <w:rPr>
          <w:lang w:val="ru-RU"/>
        </w:rPr>
        <w:t>.</w:t>
      </w:r>
      <w:r w:rsidR="00216998">
        <w:t>poreshaem</w:t>
      </w:r>
      <w:r w:rsidR="00216998" w:rsidRPr="00216998">
        <w:rPr>
          <w:lang w:val="ru-RU"/>
        </w:rPr>
        <w:t>.</w:t>
      </w:r>
      <w:r w:rsidR="00216998">
        <w:t>com</w:t>
      </w:r>
      <w:r w:rsidRPr="00C5163C">
        <w:rPr>
          <w:lang w:val="ru-RU"/>
        </w:rPr>
        <w:t>, личных кабинетов, мессенджеров, платежных сервисов и иных сервисов, используемых для работы сервиса «Порешаем».</w:t>
      </w:r>
    </w:p>
    <w:p w14:paraId="49C9A46D" w14:textId="77777777" w:rsidR="008470F0" w:rsidRPr="00C5163C" w:rsidRDefault="00000000">
      <w:pPr>
        <w:pStyle w:val="21"/>
        <w:rPr>
          <w:lang w:val="ru-RU"/>
        </w:rPr>
      </w:pPr>
      <w:r w:rsidRPr="00C5163C">
        <w:rPr>
          <w:lang w:val="ru-RU"/>
        </w:rPr>
        <w:t>1. Персональные данные, на обработку которых дается согласие</w:t>
      </w:r>
    </w:p>
    <w:p w14:paraId="57B5D20C" w14:textId="77777777" w:rsidR="008470F0" w:rsidRPr="00C5163C" w:rsidRDefault="00000000">
      <w:pPr>
        <w:rPr>
          <w:lang w:val="ru-RU"/>
        </w:rPr>
      </w:pPr>
      <w:r w:rsidRPr="00C5163C">
        <w:rPr>
          <w:lang w:val="ru-RU"/>
        </w:rPr>
        <w:t>Согласие распространяется на следующие категории данных, если они предоставлены мной или возникли при использовании сервиса: фамилия, имя, отчество; телефон; адрес электронной почты; сведения об ученике, включая имя, возраст, класс, предмет, уровень подготовки, расписание, историю консультаций/занятий, обращения в поддержку, переписку с менеджерами и специалистами; сведения об оплатах; технические данные использования сайта и личного кабинета; иные данные, необходимые для организации консультаций и исполнения договора.</w:t>
      </w:r>
    </w:p>
    <w:p w14:paraId="7547F823" w14:textId="77777777" w:rsidR="008470F0" w:rsidRPr="00C5163C" w:rsidRDefault="00000000">
      <w:pPr>
        <w:rPr>
          <w:lang w:val="ru-RU"/>
        </w:rPr>
      </w:pPr>
      <w:r w:rsidRPr="00C5163C">
        <w:rPr>
          <w:lang w:val="ru-RU"/>
        </w:rPr>
        <w:t>Паспортные данные, адрес регистрации и иные дополнительные сведения могут обрабатываться только при наличии необходимости: для идентификации плательщика, возврата денежных средств, подготовки бухгалтерских документов, исполнения требований закона или защиты прав оператора.</w:t>
      </w:r>
    </w:p>
    <w:p w14:paraId="6507587D" w14:textId="77777777" w:rsidR="008470F0" w:rsidRDefault="00000000">
      <w:pPr>
        <w:pStyle w:val="21"/>
      </w:pPr>
      <w:r>
        <w:t>2. Цели обработки</w:t>
      </w:r>
    </w:p>
    <w:p w14:paraId="65DAA453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 xml:space="preserve">регистрация на сайте, в </w:t>
      </w:r>
      <w:r>
        <w:t>CRM</w:t>
      </w:r>
      <w:r w:rsidRPr="00C5163C">
        <w:rPr>
          <w:lang w:val="ru-RU"/>
        </w:rPr>
        <w:t xml:space="preserve"> и личном кабинете;</w:t>
      </w:r>
    </w:p>
    <w:p w14:paraId="0FDEFA18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заключение и исполнение договора с заказчиком;</w:t>
      </w:r>
    </w:p>
    <w:p w14:paraId="782D1A72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подбор специалиста, согласование расписания, переносы и отмены консультаций;</w:t>
      </w:r>
    </w:p>
    <w:p w14:paraId="755C7C4D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организация индивидуальных и групповых онлайн-консультаций;</w:t>
      </w:r>
    </w:p>
    <w:p w14:paraId="78197D98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коммуникация с заказчиком, учеником, родителем, менеджером и специалистом;</w:t>
      </w:r>
    </w:p>
    <w:p w14:paraId="04F43884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обработка оплат, возвратов, чеков и иных расчетных документов;</w:t>
      </w:r>
    </w:p>
    <w:p w14:paraId="2828E304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техническая поддержка, уведомления о записи, оплате, переносах и изменениях;</w:t>
      </w:r>
    </w:p>
    <w:p w14:paraId="4399D9BC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ведение внутреннего учета обращений, консультаций и качества сервиса;</w:t>
      </w:r>
    </w:p>
    <w:p w14:paraId="0042CD81" w14:textId="77777777" w:rsidR="008470F0" w:rsidRPr="00C5163C" w:rsidRDefault="00000000">
      <w:pPr>
        <w:pStyle w:val="a0"/>
        <w:rPr>
          <w:lang w:val="ru-RU"/>
        </w:rPr>
      </w:pPr>
      <w:r w:rsidRPr="00C5163C">
        <w:rPr>
          <w:lang w:val="ru-RU"/>
        </w:rPr>
        <w:t>соблюдение требований законодательства РФ и защита прав оператора.</w:t>
      </w:r>
    </w:p>
    <w:p w14:paraId="1DD276ED" w14:textId="77777777" w:rsidR="008470F0" w:rsidRPr="00C5163C" w:rsidRDefault="00000000">
      <w:pPr>
        <w:pStyle w:val="21"/>
        <w:rPr>
          <w:lang w:val="ru-RU"/>
        </w:rPr>
      </w:pPr>
      <w:r w:rsidRPr="00C5163C">
        <w:rPr>
          <w:lang w:val="ru-RU"/>
        </w:rPr>
        <w:t>3. Действия с персональными данными</w:t>
      </w:r>
    </w:p>
    <w:p w14:paraId="2E292A42" w14:textId="77777777" w:rsidR="008470F0" w:rsidRPr="00C5163C" w:rsidRDefault="00000000">
      <w:pPr>
        <w:rPr>
          <w:lang w:val="ru-RU"/>
        </w:rPr>
      </w:pPr>
      <w:r w:rsidRPr="00C5163C">
        <w:rPr>
          <w:lang w:val="ru-RU"/>
        </w:rPr>
        <w:t>Оператор вправе осуществлять сбор, запись, систематизацию, накопление, хранение, уточнение, использование, передачу в случаях, указанных в настоящем согласии, обезличивание, блокирование, удаление и уничтожение персональных данных с использованием средств автоматизации и без их использования.</w:t>
      </w:r>
    </w:p>
    <w:p w14:paraId="7C46E4C3" w14:textId="77777777" w:rsidR="008470F0" w:rsidRPr="00C5163C" w:rsidRDefault="00000000">
      <w:pPr>
        <w:pStyle w:val="21"/>
        <w:rPr>
          <w:lang w:val="ru-RU"/>
        </w:rPr>
      </w:pPr>
      <w:r w:rsidRPr="00C5163C">
        <w:rPr>
          <w:lang w:val="ru-RU"/>
        </w:rPr>
        <w:t>4. Передача данных третьим лицам</w:t>
      </w:r>
    </w:p>
    <w:p w14:paraId="46C31549" w14:textId="77777777" w:rsidR="008470F0" w:rsidRPr="00C5163C" w:rsidRDefault="00000000">
      <w:pPr>
        <w:rPr>
          <w:lang w:val="ru-RU"/>
        </w:rPr>
      </w:pPr>
      <w:r w:rsidRPr="00C5163C">
        <w:rPr>
          <w:lang w:val="ru-RU"/>
        </w:rPr>
        <w:t xml:space="preserve">Оператор вправе передавать персональные данные только в объеме, необходимом для указанных целей: самозанятым специалистам/репетиторам-консультантам, менеджерам, платежным сервисам, банкам, </w:t>
      </w:r>
      <w:r>
        <w:t>CRM</w:t>
      </w:r>
      <w:r w:rsidRPr="00C5163C">
        <w:rPr>
          <w:lang w:val="ru-RU"/>
        </w:rPr>
        <w:t>-сервисам, хостинг-провайдерам, сервисам рассылок, технической поддержки, аналитики, а также государственным органам в случаях, предусмотренных законом.</w:t>
      </w:r>
    </w:p>
    <w:p w14:paraId="45146284" w14:textId="77777777" w:rsidR="008470F0" w:rsidRPr="00C5163C" w:rsidRDefault="00000000">
      <w:pPr>
        <w:rPr>
          <w:lang w:val="ru-RU"/>
        </w:rPr>
      </w:pPr>
      <w:r w:rsidRPr="00C5163C">
        <w:rPr>
          <w:lang w:val="ru-RU"/>
        </w:rPr>
        <w:t>Специалисты получают доступ только к данным, необходимым для проведения консультации: имя ученика, класс/возраст, предмет, расписание, учебный запрос и иная минимально необходимая информация.</w:t>
      </w:r>
    </w:p>
    <w:p w14:paraId="3A14495B" w14:textId="77777777" w:rsidR="008470F0" w:rsidRPr="00C5163C" w:rsidRDefault="00000000">
      <w:pPr>
        <w:pStyle w:val="21"/>
        <w:rPr>
          <w:lang w:val="ru-RU"/>
        </w:rPr>
      </w:pPr>
      <w:r w:rsidRPr="00C5163C">
        <w:rPr>
          <w:lang w:val="ru-RU"/>
        </w:rPr>
        <w:t>5. Срок действия согласия и отзыв</w:t>
      </w:r>
    </w:p>
    <w:p w14:paraId="374EF503" w14:textId="1A69A2A0" w:rsidR="008470F0" w:rsidRPr="00C5163C" w:rsidRDefault="0002113D">
      <w:pPr>
        <w:rPr>
          <w:lang w:val="ru-RU"/>
        </w:rPr>
      </w:pPr>
      <w:r w:rsidRPr="0002113D">
        <w:rPr>
          <w:rFonts w:cstheme="majorHAnsi"/>
          <w:szCs w:val="21"/>
          <w:lang w:val="ru-RU"/>
        </w:rPr>
        <w:t xml:space="preserve">Пользователь, пользуясь и (или) вводя свои персональные данные (ФИО, номер телефона, </w:t>
      </w:r>
      <w:r w:rsidRPr="0002113D">
        <w:rPr>
          <w:rFonts w:cstheme="majorHAnsi"/>
          <w:szCs w:val="21"/>
        </w:rPr>
        <w:t>e</w:t>
      </w:r>
      <w:r w:rsidRPr="0002113D">
        <w:rPr>
          <w:rFonts w:cstheme="majorHAnsi"/>
          <w:szCs w:val="21"/>
          <w:lang w:val="ru-RU"/>
        </w:rPr>
        <w:t>-</w:t>
      </w:r>
      <w:r w:rsidRPr="0002113D">
        <w:rPr>
          <w:rFonts w:cstheme="majorHAnsi"/>
          <w:szCs w:val="21"/>
        </w:rPr>
        <w:t>mail</w:t>
      </w:r>
      <w:r w:rsidRPr="0002113D">
        <w:rPr>
          <w:rFonts w:cstheme="majorHAnsi"/>
          <w:szCs w:val="21"/>
          <w:lang w:val="ru-RU"/>
        </w:rPr>
        <w:t xml:space="preserve">, ник в </w:t>
      </w:r>
      <w:r w:rsidRPr="0002113D">
        <w:rPr>
          <w:rFonts w:cstheme="majorHAnsi"/>
          <w:szCs w:val="21"/>
        </w:rPr>
        <w:t>Telegram</w:t>
      </w:r>
      <w:r w:rsidRPr="0002113D">
        <w:rPr>
          <w:rFonts w:cstheme="majorHAnsi"/>
          <w:szCs w:val="21"/>
          <w:lang w:val="ru-RU"/>
        </w:rPr>
        <w:t xml:space="preserve">), даёт своё согласие на получение рассылки материалов рекламного и (или) информационного характера посредством </w:t>
      </w:r>
      <w:r w:rsidRPr="0002113D">
        <w:rPr>
          <w:rFonts w:cstheme="majorHAnsi"/>
          <w:szCs w:val="21"/>
        </w:rPr>
        <w:t>SMS</w:t>
      </w:r>
      <w:r w:rsidRPr="0002113D">
        <w:rPr>
          <w:rFonts w:cstheme="majorHAnsi"/>
          <w:szCs w:val="21"/>
          <w:lang w:val="ru-RU"/>
        </w:rPr>
        <w:t xml:space="preserve">-сообщений и (или) электронной почты: </w:t>
      </w:r>
      <w:r w:rsidRPr="0002113D">
        <w:rPr>
          <w:rFonts w:cstheme="majorHAnsi"/>
          <w:szCs w:val="21"/>
        </w:rPr>
        <w:t>support</w:t>
      </w:r>
      <w:r w:rsidRPr="0002113D">
        <w:rPr>
          <w:rFonts w:cstheme="majorHAnsi"/>
          <w:szCs w:val="21"/>
          <w:lang w:val="ru-RU"/>
        </w:rPr>
        <w:t>@</w:t>
      </w:r>
      <w:r w:rsidRPr="0002113D">
        <w:rPr>
          <w:rFonts w:cstheme="majorHAnsi"/>
          <w:szCs w:val="21"/>
        </w:rPr>
        <w:t>poreshaem</w:t>
      </w:r>
      <w:r w:rsidRPr="0002113D">
        <w:rPr>
          <w:rFonts w:cstheme="majorHAnsi"/>
          <w:szCs w:val="21"/>
          <w:lang w:val="ru-RU"/>
        </w:rPr>
        <w:t>.</w:t>
      </w:r>
      <w:r>
        <w:rPr>
          <w:rFonts w:cstheme="majorHAnsi"/>
          <w:szCs w:val="21"/>
        </w:rPr>
        <w:t>com</w:t>
      </w:r>
      <w:r w:rsidRPr="0002113D">
        <w:rPr>
          <w:rFonts w:cstheme="majorHAnsi"/>
          <w:szCs w:val="21"/>
          <w:lang w:val="ru-RU"/>
        </w:rPr>
        <w:t xml:space="preserve"> от Исполнителя и подтверждает, что ознакомлен с условиями Оферты на оказание платных образовательных услуг, с Политикой обработки персональных данных, Согласием на обработку персональных данных, Согласием на получение информационной и рекламной рассылки (далее – «настоящее Согласие»)</w:t>
      </w:r>
      <w:r w:rsidRPr="0002113D">
        <w:rPr>
          <w:rFonts w:cstheme="majorHAnsi"/>
          <w:szCs w:val="21"/>
          <w:lang w:val="ru-RU"/>
        </w:rPr>
        <w:t xml:space="preserve">. </w:t>
      </w:r>
      <w:r w:rsidR="00000000" w:rsidRPr="00C5163C">
        <w:rPr>
          <w:lang w:val="ru-RU"/>
        </w:rPr>
        <w:t xml:space="preserve">Согласие действует с момента его предоставления до достижения целей обработки, прекращения договорных отношений либо до отзыва согласия, </w:t>
      </w:r>
      <w:r w:rsidR="00000000" w:rsidRPr="00C5163C">
        <w:rPr>
          <w:lang w:val="ru-RU"/>
        </w:rPr>
        <w:lastRenderedPageBreak/>
        <w:t>если более длительный срок хранения не предусмотрен законодательством РФ или необходим для защиты прав и законных интересов оператора.</w:t>
      </w:r>
    </w:p>
    <w:p w14:paraId="71B75111" w14:textId="3E7217F9" w:rsidR="00F67B34" w:rsidRPr="00C5163C" w:rsidRDefault="00000000">
      <w:pPr>
        <w:rPr>
          <w:lang w:val="ru-RU"/>
        </w:rPr>
      </w:pPr>
      <w:r w:rsidRPr="00C5163C">
        <w:rPr>
          <w:lang w:val="ru-RU"/>
        </w:rPr>
        <w:t xml:space="preserve">Согласие может быть отозвано путем направления письменного заявления оператору по контактам, указанным на сайте </w:t>
      </w:r>
      <w:r>
        <w:t>poreshaem</w:t>
      </w:r>
      <w:r w:rsidRPr="00C5163C">
        <w:rPr>
          <w:lang w:val="ru-RU"/>
        </w:rPr>
        <w:t>.</w:t>
      </w:r>
      <w:r>
        <w:t>com</w:t>
      </w:r>
      <w:r w:rsidRPr="00C5163C">
        <w:rPr>
          <w:lang w:val="ru-RU"/>
        </w:rPr>
        <w:t xml:space="preserve"> или в политике обработки персональных данных. После получения отзыва оператор прекращает обработку персональных данных, за исключением случаев, когда обработка может продолжаться на ином законном основании.</w:t>
      </w:r>
    </w:p>
    <w:sectPr w:rsidR="00F67B34" w:rsidRPr="00C5163C" w:rsidSect="00034616">
      <w:pgSz w:w="12240" w:h="15840"/>
      <w:pgMar w:top="964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3592943">
    <w:abstractNumId w:val="8"/>
  </w:num>
  <w:num w:numId="2" w16cid:durableId="1964649257">
    <w:abstractNumId w:val="6"/>
  </w:num>
  <w:num w:numId="3" w16cid:durableId="1001085400">
    <w:abstractNumId w:val="5"/>
  </w:num>
  <w:num w:numId="4" w16cid:durableId="1157451270">
    <w:abstractNumId w:val="4"/>
  </w:num>
  <w:num w:numId="5" w16cid:durableId="574975045">
    <w:abstractNumId w:val="7"/>
  </w:num>
  <w:num w:numId="6" w16cid:durableId="618730769">
    <w:abstractNumId w:val="3"/>
  </w:num>
  <w:num w:numId="7" w16cid:durableId="763691189">
    <w:abstractNumId w:val="2"/>
  </w:num>
  <w:num w:numId="8" w16cid:durableId="558831238">
    <w:abstractNumId w:val="1"/>
  </w:num>
  <w:num w:numId="9" w16cid:durableId="121674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13D"/>
    <w:rsid w:val="00034616"/>
    <w:rsid w:val="0006063C"/>
    <w:rsid w:val="0015074B"/>
    <w:rsid w:val="00216998"/>
    <w:rsid w:val="0029639D"/>
    <w:rsid w:val="002F7C0D"/>
    <w:rsid w:val="00326F90"/>
    <w:rsid w:val="00603B46"/>
    <w:rsid w:val="008470F0"/>
    <w:rsid w:val="00AA1D8D"/>
    <w:rsid w:val="00B47730"/>
    <w:rsid w:val="00C4391D"/>
    <w:rsid w:val="00C5163C"/>
    <w:rsid w:val="00C54E70"/>
    <w:rsid w:val="00CB0664"/>
    <w:rsid w:val="00F67B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BA6E2"/>
  <w14:defaultImageDpi w14:val="300"/>
  <w15:docId w15:val="{71A8BE71-FE7A-467D-A3B1-EE0B9BDB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2113D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21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Порешаем_согласие_на_обработку_персональных_данных</dc:title>
  <dc:subject/>
  <dc:creator/>
  <cp:keywords/>
  <dc:description>generated by python-docx</dc:description>
  <cp:lastModifiedBy>Олег Богданов</cp:lastModifiedBy>
  <cp:revision>7</cp:revision>
  <dcterms:created xsi:type="dcterms:W3CDTF">2013-12-23T23:15:00Z</dcterms:created>
  <dcterms:modified xsi:type="dcterms:W3CDTF">2026-07-20T13:03:00Z</dcterms:modified>
  <cp:category/>
</cp:coreProperties>
</file>